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9B19F" w14:textId="77777777" w:rsidR="008F4D3F" w:rsidRPr="00BD585F" w:rsidRDefault="00FC7A68">
      <w:pPr>
        <w:spacing w:after="40"/>
        <w:jc w:val="center"/>
        <w:rPr>
          <w:lang w:val="es-CL"/>
        </w:rPr>
      </w:pPr>
      <w:r w:rsidRPr="00BD585F">
        <w:rPr>
          <w:b/>
          <w:sz w:val="22"/>
          <w:lang w:val="es-CL"/>
        </w:rPr>
        <w:t>ANEXO N.º 3</w:t>
      </w:r>
    </w:p>
    <w:p w14:paraId="2DEFE878" w14:textId="77777777" w:rsidR="008F4D3F" w:rsidRPr="00BD585F" w:rsidRDefault="00FC7A68">
      <w:pPr>
        <w:spacing w:after="100"/>
        <w:jc w:val="center"/>
        <w:rPr>
          <w:lang w:val="es-CL"/>
        </w:rPr>
      </w:pPr>
      <w:r w:rsidRPr="00BD585F">
        <w:rPr>
          <w:b/>
          <w:sz w:val="28"/>
          <w:lang w:val="es-CL"/>
        </w:rPr>
        <w:t>ANTECEDENTES DE ORGANIZACIONES DE TRABAJADORES DE CENTROS DE CULTIVO</w:t>
      </w:r>
    </w:p>
    <w:p w14:paraId="67B616E9" w14:textId="77777777" w:rsidR="008F4D3F" w:rsidRDefault="00FC7A68">
      <w:pPr>
        <w:spacing w:after="120"/>
      </w:pPr>
      <w:r w:rsidRPr="00BD585F">
        <w:rPr>
          <w:lang w:val="es-CL"/>
        </w:rPr>
        <w:t xml:space="preserve">Informe los antecedentes vigentes de la organización y de los trabajadores que representa. </w:t>
      </w:r>
      <w:proofErr w:type="spellStart"/>
      <w:r>
        <w:t>Agregue</w:t>
      </w:r>
      <w:proofErr w:type="spellEnd"/>
      <w:r>
        <w:t xml:space="preserve"> </w:t>
      </w:r>
      <w:proofErr w:type="spellStart"/>
      <w:r>
        <w:t>filas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sea necesario.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5103"/>
        <w:gridCol w:w="1190"/>
        <w:gridCol w:w="5216"/>
      </w:tblGrid>
      <w:tr w:rsidR="008F4D3F" w14:paraId="3443FBE8" w14:textId="77777777"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99E83F" w14:textId="77777777" w:rsidR="008F4D3F" w:rsidRDefault="00FC7A68">
            <w:pPr>
              <w:spacing w:after="0"/>
            </w:pPr>
            <w:r>
              <w:rPr>
                <w:b/>
              </w:rPr>
              <w:t>Organización: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E6F9F89" w14:textId="77777777" w:rsidR="008F4D3F" w:rsidRDefault="00FC7A68">
            <w:pPr>
              <w:spacing w:after="0"/>
            </w:pPr>
            <w:r>
              <w:t>________________________________________________</w:t>
            </w:r>
          </w:p>
        </w:tc>
        <w:tc>
          <w:tcPr>
            <w:tcW w:w="11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484520" w14:textId="77777777" w:rsidR="008F4D3F" w:rsidRDefault="00FC7A68">
            <w:pPr>
              <w:spacing w:after="0"/>
            </w:pPr>
            <w:r>
              <w:rPr>
                <w:b/>
              </w:rPr>
              <w:t>RUT:</w:t>
            </w:r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E90CE38" w14:textId="77777777" w:rsidR="008F4D3F" w:rsidRDefault="00FC7A68">
            <w:pPr>
              <w:spacing w:after="0"/>
            </w:pPr>
            <w:r>
              <w:t>________________________</w:t>
            </w:r>
          </w:p>
        </w:tc>
      </w:tr>
      <w:tr w:rsidR="008F4D3F" w14:paraId="44BA7AD4" w14:textId="77777777"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F23CAA6" w14:textId="77777777" w:rsidR="008F4D3F" w:rsidRDefault="00FC7A68">
            <w:pPr>
              <w:spacing w:after="0"/>
            </w:pPr>
            <w:r>
              <w:rPr>
                <w:b/>
              </w:rPr>
              <w:t>Representante legal: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221434" w14:textId="77777777" w:rsidR="008F4D3F" w:rsidRDefault="00FC7A68">
            <w:pPr>
              <w:spacing w:after="0"/>
            </w:pPr>
            <w:r>
              <w:t>________________________________________</w:t>
            </w:r>
          </w:p>
        </w:tc>
        <w:tc>
          <w:tcPr>
            <w:tcW w:w="11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56DD6D3" w14:textId="77777777" w:rsidR="008F4D3F" w:rsidRDefault="00FC7A68">
            <w:pPr>
              <w:spacing w:after="0"/>
            </w:pPr>
            <w:r>
              <w:rPr>
                <w:b/>
              </w:rPr>
              <w:t>Fecha de corte:</w:t>
            </w:r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1D71E83" w14:textId="77777777" w:rsidR="008F4D3F" w:rsidRDefault="00FC7A68">
            <w:pPr>
              <w:spacing w:after="0"/>
            </w:pPr>
            <w:r>
              <w:t>____ / ____ / ______</w:t>
            </w:r>
          </w:p>
        </w:tc>
      </w:tr>
    </w:tbl>
    <w:p w14:paraId="4106FECB" w14:textId="77777777" w:rsidR="008F4D3F" w:rsidRDefault="008F4D3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381"/>
        <w:gridCol w:w="1587"/>
        <w:gridCol w:w="1814"/>
        <w:gridCol w:w="2835"/>
        <w:gridCol w:w="1927"/>
        <w:gridCol w:w="3005"/>
      </w:tblGrid>
      <w:tr w:rsidR="008F4D3F" w:rsidRPr="003421FD" w14:paraId="2342FC8E" w14:textId="77777777">
        <w:trPr>
          <w:tblHeader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44697B2D" w14:textId="77777777" w:rsidR="008F4D3F" w:rsidRDefault="00FC7A68">
            <w:pPr>
              <w:spacing w:after="0"/>
              <w:jc w:val="center"/>
            </w:pPr>
            <w:r>
              <w:rPr>
                <w:b/>
                <w:sz w:val="15"/>
              </w:rPr>
              <w:t>N.º</w:t>
            </w: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1DA7477D" w14:textId="77777777" w:rsidR="008F4D3F" w:rsidRDefault="00FC7A68">
            <w:pPr>
              <w:spacing w:after="0"/>
              <w:jc w:val="center"/>
            </w:pPr>
            <w:r>
              <w:rPr>
                <w:b/>
                <w:sz w:val="15"/>
              </w:rPr>
              <w:t>Organización</w:t>
            </w:r>
          </w:p>
        </w:tc>
        <w:tc>
          <w:tcPr>
            <w:tcW w:w="158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356E4D98" w14:textId="77777777" w:rsidR="008F4D3F" w:rsidRDefault="00FC7A68">
            <w:pPr>
              <w:spacing w:after="0"/>
              <w:jc w:val="center"/>
            </w:pPr>
            <w:r>
              <w:rPr>
                <w:b/>
                <w:sz w:val="15"/>
              </w:rPr>
              <w:t>RUT</w:t>
            </w: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63A3891F" w14:textId="77777777" w:rsidR="008F4D3F" w:rsidRPr="00BD585F" w:rsidRDefault="00FC7A68">
            <w:pPr>
              <w:spacing w:after="0"/>
              <w:jc w:val="center"/>
              <w:rPr>
                <w:lang w:val="es-CL"/>
              </w:rPr>
            </w:pPr>
            <w:r w:rsidRPr="00BD585F">
              <w:rPr>
                <w:b/>
                <w:sz w:val="15"/>
                <w:lang w:val="es-CL"/>
              </w:rPr>
              <w:t>N.º de trabajadores afiliados vigentes</w:t>
            </w: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13D0605A" w14:textId="60002B56" w:rsidR="008F4D3F" w:rsidRDefault="00FC7A68">
            <w:pPr>
              <w:spacing w:after="0"/>
              <w:jc w:val="center"/>
            </w:pPr>
            <w:r>
              <w:rPr>
                <w:b/>
                <w:sz w:val="15"/>
              </w:rPr>
              <w:t>Empresas</w:t>
            </w:r>
          </w:p>
        </w:tc>
        <w:tc>
          <w:tcPr>
            <w:tcW w:w="192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3C0D1A5D" w14:textId="77777777" w:rsidR="008F4D3F" w:rsidRDefault="00FC7A68">
            <w:pPr>
              <w:spacing w:after="0"/>
              <w:jc w:val="center"/>
            </w:pPr>
            <w:r>
              <w:rPr>
                <w:b/>
                <w:sz w:val="15"/>
              </w:rPr>
              <w:t>Región o regiones</w:t>
            </w:r>
          </w:p>
        </w:tc>
        <w:tc>
          <w:tcPr>
            <w:tcW w:w="30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5DB92811" w14:textId="35428E4D" w:rsidR="008F4D3F" w:rsidRPr="003421FD" w:rsidRDefault="00BD585F">
            <w:pPr>
              <w:spacing w:after="0"/>
              <w:jc w:val="center"/>
              <w:rPr>
                <w:lang w:val="es-CL"/>
              </w:rPr>
            </w:pPr>
            <w:r w:rsidRPr="003421FD">
              <w:rPr>
                <w:b/>
                <w:sz w:val="15"/>
                <w:lang w:val="es-CL"/>
              </w:rPr>
              <w:t>Código</w:t>
            </w:r>
            <w:r w:rsidR="003421FD">
              <w:rPr>
                <w:b/>
                <w:sz w:val="15"/>
                <w:lang w:val="es-CL"/>
              </w:rPr>
              <w:t xml:space="preserve">(s) </w:t>
            </w:r>
            <w:r w:rsidRPr="003421FD">
              <w:rPr>
                <w:b/>
                <w:sz w:val="15"/>
                <w:lang w:val="es-CL"/>
              </w:rPr>
              <w:t>de Centro</w:t>
            </w:r>
            <w:r w:rsidR="003421FD">
              <w:rPr>
                <w:b/>
                <w:sz w:val="15"/>
                <w:lang w:val="es-CL"/>
              </w:rPr>
              <w:t>(s)</w:t>
            </w:r>
          </w:p>
        </w:tc>
      </w:tr>
      <w:tr w:rsidR="008F4D3F" w14:paraId="47E7E0E3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BDF8809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972A0CE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D8FC904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01F718E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153F28E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C8D249B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DC20933" w14:textId="77777777" w:rsidR="008F4D3F" w:rsidRDefault="008F4D3F">
            <w:pPr>
              <w:spacing w:after="0"/>
            </w:pPr>
          </w:p>
        </w:tc>
      </w:tr>
      <w:tr w:rsidR="008F4D3F" w14:paraId="4B5B4BCF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5AB4BF1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78D3079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E895638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5BD6807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E4CAB89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E5D7C31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37219FA" w14:textId="77777777" w:rsidR="008F4D3F" w:rsidRDefault="008F4D3F">
            <w:pPr>
              <w:spacing w:after="0"/>
            </w:pPr>
          </w:p>
        </w:tc>
      </w:tr>
      <w:tr w:rsidR="008F4D3F" w14:paraId="70743BDD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87822B0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3D76F4A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AD529F1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EB70E5E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FAF03E4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8351033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6BB7494" w14:textId="77777777" w:rsidR="008F4D3F" w:rsidRDefault="008F4D3F">
            <w:pPr>
              <w:spacing w:after="0"/>
            </w:pPr>
          </w:p>
        </w:tc>
      </w:tr>
      <w:tr w:rsidR="008F4D3F" w14:paraId="4C4FAA4C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6296EEB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E90FAEB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AF70980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2343E5C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948EE25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DE4C70D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CB524BF" w14:textId="77777777" w:rsidR="008F4D3F" w:rsidRDefault="008F4D3F">
            <w:pPr>
              <w:spacing w:after="0"/>
            </w:pPr>
          </w:p>
        </w:tc>
      </w:tr>
      <w:tr w:rsidR="008F4D3F" w14:paraId="62417C61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74509A4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E8F9EDD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6CE464D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26BAC6C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7C28AC4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D5271BF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EE27F7B" w14:textId="77777777" w:rsidR="008F4D3F" w:rsidRDefault="008F4D3F">
            <w:pPr>
              <w:spacing w:after="0"/>
            </w:pPr>
          </w:p>
        </w:tc>
      </w:tr>
      <w:tr w:rsidR="008F4D3F" w14:paraId="71246C35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54D8842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A70F87D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AF982D7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11D4B1F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BD7B603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D6E4B16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B435519" w14:textId="77777777" w:rsidR="008F4D3F" w:rsidRDefault="008F4D3F">
            <w:pPr>
              <w:spacing w:after="0"/>
            </w:pPr>
          </w:p>
        </w:tc>
      </w:tr>
      <w:tr w:rsidR="008F4D3F" w14:paraId="6495ECDE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D581C13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839D141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D1D87F9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0F641BC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244A0CF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DDA2B65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5BFA7D2" w14:textId="77777777" w:rsidR="008F4D3F" w:rsidRDefault="008F4D3F">
            <w:pPr>
              <w:spacing w:after="0"/>
            </w:pPr>
          </w:p>
        </w:tc>
      </w:tr>
      <w:tr w:rsidR="008F4D3F" w14:paraId="16AD040D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6ACE8B9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268E683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D5FF93E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5E9AE91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0DAD1DC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5B1AEF3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C918BCD" w14:textId="77777777" w:rsidR="008F4D3F" w:rsidRDefault="008F4D3F">
            <w:pPr>
              <w:spacing w:after="0"/>
            </w:pPr>
          </w:p>
        </w:tc>
      </w:tr>
      <w:tr w:rsidR="008F4D3F" w14:paraId="17889DB1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68132A1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57FFE0A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A419E46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261B8B4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9F779A0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601DDB9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0A3D0A9" w14:textId="77777777" w:rsidR="008F4D3F" w:rsidRDefault="008F4D3F">
            <w:pPr>
              <w:spacing w:after="0"/>
            </w:pPr>
          </w:p>
        </w:tc>
      </w:tr>
      <w:tr w:rsidR="008F4D3F" w14:paraId="1E631EAE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F164EEA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5DE4904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BA3E867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A17C255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C872E17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90001D2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052AA7C" w14:textId="77777777" w:rsidR="008F4D3F" w:rsidRDefault="008F4D3F">
            <w:pPr>
              <w:spacing w:after="0"/>
            </w:pPr>
          </w:p>
        </w:tc>
      </w:tr>
      <w:tr w:rsidR="008F4D3F" w14:paraId="176EAA0F" w14:textId="77777777">
        <w:trPr>
          <w:trHeight w:val="408"/>
        </w:trPr>
        <w:tc>
          <w:tcPr>
            <w:tcW w:w="56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B9CC590" w14:textId="77777777" w:rsidR="008F4D3F" w:rsidRDefault="00FC7A68">
            <w:pPr>
              <w:spacing w:after="0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23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85402AD" w14:textId="77777777" w:rsidR="008F4D3F" w:rsidRDefault="008F4D3F">
            <w:pPr>
              <w:spacing w:after="0"/>
            </w:pPr>
          </w:p>
        </w:tc>
        <w:tc>
          <w:tcPr>
            <w:tcW w:w="15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9F766C3" w14:textId="77777777" w:rsidR="008F4D3F" w:rsidRDefault="008F4D3F">
            <w:pPr>
              <w:spacing w:after="0"/>
            </w:pP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32E1E5B" w14:textId="77777777" w:rsidR="008F4D3F" w:rsidRDefault="008F4D3F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B4F68E3" w14:textId="77777777" w:rsidR="008F4D3F" w:rsidRDefault="008F4D3F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077D8E2" w14:textId="77777777" w:rsidR="008F4D3F" w:rsidRDefault="008F4D3F">
            <w:pPr>
              <w:spacing w:after="0"/>
            </w:pPr>
          </w:p>
        </w:tc>
        <w:tc>
          <w:tcPr>
            <w:tcW w:w="30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0C818DE" w14:textId="77777777" w:rsidR="008F4D3F" w:rsidRDefault="008F4D3F">
            <w:pPr>
              <w:spacing w:after="0"/>
            </w:pPr>
          </w:p>
        </w:tc>
      </w:tr>
    </w:tbl>
    <w:p w14:paraId="0B7EB7C7" w14:textId="77777777" w:rsidR="008F4D3F" w:rsidRPr="00BD585F" w:rsidRDefault="00FC7A68">
      <w:pPr>
        <w:spacing w:before="140" w:after="140"/>
        <w:rPr>
          <w:lang w:val="es-CL"/>
        </w:rPr>
      </w:pPr>
      <w:r w:rsidRPr="00BD585F">
        <w:rPr>
          <w:lang w:val="es-CL"/>
        </w:rPr>
        <w:t>Certifico que la información consignada en este formulario corresponde a los antecedentes vigentes de la organización y de los trabajadores que representa.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53"/>
        <w:gridCol w:w="4252"/>
        <w:gridCol w:w="3288"/>
      </w:tblGrid>
      <w:tr w:rsidR="008F4D3F" w14:paraId="7FD36E4B" w14:textId="77777777">
        <w:tc>
          <w:tcPr>
            <w:tcW w:w="5953" w:type="dxa"/>
            <w:vAlign w:val="center"/>
          </w:tcPr>
          <w:p w14:paraId="175D005C" w14:textId="77777777" w:rsidR="008F4D3F" w:rsidRDefault="00FC7A68">
            <w:pPr>
              <w:spacing w:after="0"/>
              <w:jc w:val="center"/>
            </w:pPr>
            <w:r>
              <w:t>________________________________</w:t>
            </w:r>
          </w:p>
        </w:tc>
        <w:tc>
          <w:tcPr>
            <w:tcW w:w="4252" w:type="dxa"/>
            <w:vAlign w:val="center"/>
          </w:tcPr>
          <w:p w14:paraId="65E387F3" w14:textId="77777777" w:rsidR="008F4D3F" w:rsidRDefault="00FC7A68">
            <w:pPr>
              <w:spacing w:after="0"/>
              <w:jc w:val="center"/>
            </w:pPr>
            <w:r>
              <w:t>________________________________</w:t>
            </w:r>
          </w:p>
        </w:tc>
        <w:tc>
          <w:tcPr>
            <w:tcW w:w="3288" w:type="dxa"/>
            <w:vAlign w:val="center"/>
          </w:tcPr>
          <w:p w14:paraId="64E35226" w14:textId="77777777" w:rsidR="008F4D3F" w:rsidRDefault="00FC7A68">
            <w:pPr>
              <w:spacing w:after="0"/>
              <w:jc w:val="center"/>
            </w:pPr>
            <w:r>
              <w:t>____ / ____ / ______</w:t>
            </w:r>
          </w:p>
        </w:tc>
      </w:tr>
      <w:tr w:rsidR="008F4D3F" w14:paraId="7570AF90" w14:textId="77777777">
        <w:tc>
          <w:tcPr>
            <w:tcW w:w="5953" w:type="dxa"/>
            <w:vAlign w:val="center"/>
          </w:tcPr>
          <w:p w14:paraId="6D3B2210" w14:textId="77777777" w:rsidR="008F4D3F" w:rsidRPr="00BD585F" w:rsidRDefault="00FC7A68">
            <w:pPr>
              <w:spacing w:after="0"/>
              <w:jc w:val="center"/>
              <w:rPr>
                <w:lang w:val="es-CL"/>
              </w:rPr>
            </w:pPr>
            <w:r w:rsidRPr="00BD585F">
              <w:rPr>
                <w:sz w:val="16"/>
                <w:lang w:val="es-CL"/>
              </w:rPr>
              <w:t>Nombre y firma del representante legal</w:t>
            </w:r>
          </w:p>
        </w:tc>
        <w:tc>
          <w:tcPr>
            <w:tcW w:w="4252" w:type="dxa"/>
            <w:vAlign w:val="center"/>
          </w:tcPr>
          <w:p w14:paraId="1096B288" w14:textId="77777777" w:rsidR="008F4D3F" w:rsidRDefault="00FC7A68">
            <w:pPr>
              <w:spacing w:after="0"/>
              <w:jc w:val="center"/>
            </w:pPr>
            <w:r>
              <w:rPr>
                <w:sz w:val="16"/>
              </w:rPr>
              <w:t>Cargo</w:t>
            </w:r>
          </w:p>
        </w:tc>
        <w:tc>
          <w:tcPr>
            <w:tcW w:w="3288" w:type="dxa"/>
            <w:vAlign w:val="center"/>
          </w:tcPr>
          <w:p w14:paraId="004BC27C" w14:textId="77777777" w:rsidR="008F4D3F" w:rsidRDefault="00FC7A68">
            <w:pPr>
              <w:spacing w:after="0"/>
              <w:jc w:val="center"/>
            </w:pPr>
            <w:r>
              <w:rPr>
                <w:sz w:val="16"/>
              </w:rPr>
              <w:t>Fecha</w:t>
            </w:r>
          </w:p>
        </w:tc>
      </w:tr>
    </w:tbl>
    <w:p w14:paraId="079D7FA4" w14:textId="77777777" w:rsidR="00FC7A68" w:rsidRDefault="00FC7A68"/>
    <w:sectPr w:rsidR="00FC7A68" w:rsidSect="00034616">
      <w:headerReference w:type="default" r:id="rId8"/>
      <w:footerReference w:type="default" r:id="rId9"/>
      <w:pgSz w:w="15840" w:h="12240" w:orient="landscape"/>
      <w:pgMar w:top="765" w:right="765" w:bottom="737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67D52" w14:textId="77777777" w:rsidR="00FC7A68" w:rsidRDefault="00FC7A68">
      <w:pPr>
        <w:spacing w:after="0" w:line="240" w:lineRule="auto"/>
      </w:pPr>
      <w:r>
        <w:separator/>
      </w:r>
    </w:p>
  </w:endnote>
  <w:endnote w:type="continuationSeparator" w:id="0">
    <w:p w14:paraId="0B7930AD" w14:textId="77777777" w:rsidR="00FC7A68" w:rsidRDefault="00FC7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63B4" w14:textId="04932F4B" w:rsidR="008F4D3F" w:rsidRDefault="00FC7A68">
    <w:pPr>
      <w:pStyle w:val="Piedepgina"/>
      <w:jc w:val="center"/>
    </w:pPr>
    <w:r>
      <w:rPr>
        <w:sz w:val="16"/>
      </w:rPr>
      <w:t xml:space="preserve">Página </w:t>
    </w:r>
    <w:r>
      <w:rPr>
        <w:sz w:val="16"/>
      </w:rPr>
      <w:fldChar w:fldCharType="begin"/>
    </w:r>
    <w:r>
      <w:rPr>
        <w:sz w:val="16"/>
      </w:rPr>
      <w:instrText>PAGE</w:instrText>
    </w:r>
    <w:r w:rsidR="00BD585F">
      <w:rPr>
        <w:sz w:val="16"/>
      </w:rPr>
      <w:fldChar w:fldCharType="separate"/>
    </w:r>
    <w:r w:rsidR="00BD585F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9686D" w14:textId="77777777" w:rsidR="00FC7A68" w:rsidRDefault="00FC7A68">
      <w:pPr>
        <w:spacing w:after="0" w:line="240" w:lineRule="auto"/>
      </w:pPr>
      <w:r>
        <w:separator/>
      </w:r>
    </w:p>
  </w:footnote>
  <w:footnote w:type="continuationSeparator" w:id="0">
    <w:p w14:paraId="5CD861C6" w14:textId="77777777" w:rsidR="00FC7A68" w:rsidRDefault="00FC7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7DAE" w14:textId="77777777" w:rsidR="008F4D3F" w:rsidRDefault="00FC7A68">
    <w:pPr>
      <w:pStyle w:val="Encabezado"/>
      <w:jc w:val="right"/>
    </w:pPr>
    <w:r>
      <w:rPr>
        <w:b/>
        <w:color w:val="595959"/>
        <w:sz w:val="16"/>
      </w:rPr>
      <w:t>COMISIÓN NACIONAL DE ACUICULTURA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9573566">
    <w:abstractNumId w:val="8"/>
  </w:num>
  <w:num w:numId="2" w16cid:durableId="1643347587">
    <w:abstractNumId w:val="6"/>
  </w:num>
  <w:num w:numId="3" w16cid:durableId="759562425">
    <w:abstractNumId w:val="5"/>
  </w:num>
  <w:num w:numId="4" w16cid:durableId="1809124578">
    <w:abstractNumId w:val="4"/>
  </w:num>
  <w:num w:numId="5" w16cid:durableId="901215164">
    <w:abstractNumId w:val="7"/>
  </w:num>
  <w:num w:numId="6" w16cid:durableId="148597105">
    <w:abstractNumId w:val="3"/>
  </w:num>
  <w:num w:numId="7" w16cid:durableId="335034443">
    <w:abstractNumId w:val="2"/>
  </w:num>
  <w:num w:numId="8" w16cid:durableId="2140372570">
    <w:abstractNumId w:val="1"/>
  </w:num>
  <w:num w:numId="9" w16cid:durableId="1247692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0AA3"/>
    <w:rsid w:val="0029639D"/>
    <w:rsid w:val="00326F90"/>
    <w:rsid w:val="003421FD"/>
    <w:rsid w:val="008F4D3F"/>
    <w:rsid w:val="00AA1D8D"/>
    <w:rsid w:val="00B47730"/>
    <w:rsid w:val="00BD585F"/>
    <w:rsid w:val="00CB0664"/>
    <w:rsid w:val="00FC693F"/>
    <w:rsid w:val="00FC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8A43266-5279-4667-B720-9B474256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eastAsia="Arial" w:hAnsi="Arial"/>
      <w:color w:val="000000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799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3 Antecedentes de organizaciones de trabajadores de centros de cultivo</dc:title>
  <dc:subject/>
  <dc:creator>Subsecretaría de Pesca y Acuicultura</dc:creator>
  <cp:keywords/>
  <dc:description>generated by python-docx</dc:description>
  <cp:lastModifiedBy>Daisy Carreño Vazquez</cp:lastModifiedBy>
  <cp:revision>3</cp:revision>
  <dcterms:created xsi:type="dcterms:W3CDTF">2013-12-23T23:15:00Z</dcterms:created>
  <dcterms:modified xsi:type="dcterms:W3CDTF">2026-10-06T18:42:00Z</dcterms:modified>
  <cp:category/>
</cp:coreProperties>
</file>