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A21C7" w14:textId="77777777" w:rsidR="006F6705" w:rsidRPr="005A0BA5" w:rsidRDefault="00BD147A">
      <w:pPr>
        <w:spacing w:after="40"/>
        <w:jc w:val="center"/>
        <w:rPr>
          <w:lang w:val="es-CL"/>
        </w:rPr>
      </w:pPr>
      <w:r w:rsidRPr="005A0BA5">
        <w:rPr>
          <w:b/>
          <w:sz w:val="22"/>
          <w:lang w:val="es-CL"/>
        </w:rPr>
        <w:t>ANEXO N.º 1</w:t>
      </w:r>
    </w:p>
    <w:p w14:paraId="5F1E7C79" w14:textId="77777777" w:rsidR="006F6705" w:rsidRPr="005A0BA5" w:rsidRDefault="00BD147A">
      <w:pPr>
        <w:spacing w:after="100"/>
        <w:jc w:val="center"/>
        <w:rPr>
          <w:lang w:val="es-CL"/>
        </w:rPr>
      </w:pPr>
      <w:r w:rsidRPr="005A0BA5">
        <w:rPr>
          <w:b/>
          <w:sz w:val="28"/>
          <w:lang w:val="es-CL"/>
        </w:rPr>
        <w:t>NÓMINA DE SOCIOS Y TITULARES REPRESENTADOS POR ASOCIACIONES DE ACUICULTORES</w:t>
      </w:r>
    </w:p>
    <w:p w14:paraId="2F9A1C1A" w14:textId="19D16762" w:rsidR="006F6705" w:rsidRPr="005A0BA5" w:rsidRDefault="00BD147A">
      <w:pPr>
        <w:spacing w:after="120"/>
        <w:rPr>
          <w:lang w:val="es-CL"/>
        </w:rPr>
      </w:pPr>
      <w:r w:rsidRPr="005A0BA5">
        <w:rPr>
          <w:lang w:val="es-CL"/>
        </w:rPr>
        <w:t>Complete una fila por cada socio vigente</w:t>
      </w:r>
      <w:r w:rsidRPr="005A0BA5">
        <w:rPr>
          <w:lang w:val="es-CL"/>
        </w:rPr>
        <w:t>. Agregue filas cuando sea necesario.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5103"/>
        <w:gridCol w:w="1190"/>
        <w:gridCol w:w="5216"/>
      </w:tblGrid>
      <w:tr w:rsidR="006F6705" w14:paraId="499AB061" w14:textId="77777777"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634EBBC" w14:textId="77777777" w:rsidR="006F6705" w:rsidRDefault="00BD147A">
            <w:pPr>
              <w:spacing w:after="0"/>
            </w:pPr>
            <w:r>
              <w:rPr>
                <w:b/>
              </w:rPr>
              <w:t>Organización: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744606A" w14:textId="77777777" w:rsidR="006F6705" w:rsidRDefault="00BD147A">
            <w:pPr>
              <w:spacing w:after="0"/>
            </w:pPr>
            <w:r>
              <w:t>________________________________________________</w:t>
            </w:r>
          </w:p>
        </w:tc>
        <w:tc>
          <w:tcPr>
            <w:tcW w:w="11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533A98A" w14:textId="77777777" w:rsidR="006F6705" w:rsidRDefault="00BD147A">
            <w:pPr>
              <w:spacing w:after="0"/>
            </w:pPr>
            <w:r>
              <w:rPr>
                <w:b/>
              </w:rPr>
              <w:t>RUT:</w:t>
            </w:r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9FBBD50" w14:textId="77777777" w:rsidR="006F6705" w:rsidRDefault="00BD147A">
            <w:pPr>
              <w:spacing w:after="0"/>
            </w:pPr>
            <w:r>
              <w:t>________________________</w:t>
            </w:r>
          </w:p>
        </w:tc>
      </w:tr>
      <w:tr w:rsidR="006F6705" w14:paraId="1508C911" w14:textId="77777777"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E6D5F11" w14:textId="77777777" w:rsidR="006F6705" w:rsidRDefault="00BD147A">
            <w:pPr>
              <w:spacing w:after="0"/>
            </w:pPr>
            <w:r>
              <w:rPr>
                <w:b/>
              </w:rPr>
              <w:t>Representante legal:</w:t>
            </w:r>
          </w:p>
        </w:tc>
        <w:tc>
          <w:tcPr>
            <w:tcW w:w="5103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4E4E33F" w14:textId="77777777" w:rsidR="006F6705" w:rsidRDefault="00BD147A">
            <w:pPr>
              <w:spacing w:after="0"/>
            </w:pPr>
            <w:r>
              <w:t>________________________________________</w:t>
            </w:r>
          </w:p>
        </w:tc>
        <w:tc>
          <w:tcPr>
            <w:tcW w:w="119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EAF2F8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BEEBA15" w14:textId="77777777" w:rsidR="006F6705" w:rsidRDefault="00BD147A">
            <w:pPr>
              <w:spacing w:after="0"/>
            </w:pPr>
            <w:r>
              <w:rPr>
                <w:b/>
              </w:rPr>
              <w:t>Fecha de corte:</w:t>
            </w:r>
          </w:p>
        </w:tc>
        <w:tc>
          <w:tcPr>
            <w:tcW w:w="521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0659B6F" w14:textId="77777777" w:rsidR="006F6705" w:rsidRDefault="00BD147A">
            <w:pPr>
              <w:spacing w:after="0"/>
            </w:pPr>
            <w:r>
              <w:t>____ / ____ / ______</w:t>
            </w:r>
          </w:p>
        </w:tc>
      </w:tr>
    </w:tbl>
    <w:p w14:paraId="0D165F8E" w14:textId="77777777" w:rsidR="006F6705" w:rsidRDefault="006F6705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"/>
        <w:gridCol w:w="1814"/>
        <w:gridCol w:w="1190"/>
        <w:gridCol w:w="1247"/>
        <w:gridCol w:w="1417"/>
        <w:gridCol w:w="1304"/>
        <w:gridCol w:w="1020"/>
        <w:gridCol w:w="737"/>
        <w:gridCol w:w="1360"/>
        <w:gridCol w:w="1134"/>
        <w:gridCol w:w="1247"/>
      </w:tblGrid>
      <w:tr w:rsidR="006F6705" w14:paraId="15B8191B" w14:textId="77777777">
        <w:trPr>
          <w:tblHeader/>
        </w:trPr>
        <w:tc>
          <w:tcPr>
            <w:tcW w:w="45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2E5C7DEA" w14:textId="77777777" w:rsidR="006F6705" w:rsidRDefault="00BD147A">
            <w:pPr>
              <w:spacing w:after="0"/>
              <w:jc w:val="center"/>
            </w:pPr>
            <w:r>
              <w:rPr>
                <w:b/>
                <w:sz w:val="13"/>
              </w:rPr>
              <w:t>N.º</w:t>
            </w:r>
          </w:p>
        </w:tc>
        <w:tc>
          <w:tcPr>
            <w:tcW w:w="181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2D573DBF" w14:textId="77777777" w:rsidR="006F6705" w:rsidRDefault="00BD147A">
            <w:pPr>
              <w:spacing w:after="0"/>
              <w:jc w:val="center"/>
            </w:pPr>
            <w:r>
              <w:rPr>
                <w:b/>
                <w:sz w:val="13"/>
              </w:rPr>
              <w:t>Nombre o razón social</w:t>
            </w:r>
          </w:p>
        </w:tc>
        <w:tc>
          <w:tcPr>
            <w:tcW w:w="119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06E883A9" w14:textId="77777777" w:rsidR="006F6705" w:rsidRDefault="00BD147A">
            <w:pPr>
              <w:spacing w:after="0"/>
              <w:jc w:val="center"/>
            </w:pPr>
            <w:r>
              <w:rPr>
                <w:b/>
                <w:sz w:val="13"/>
              </w:rPr>
              <w:t>RUT</w:t>
            </w:r>
          </w:p>
        </w:tc>
        <w:tc>
          <w:tcPr>
            <w:tcW w:w="124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210F9182" w14:textId="77777777" w:rsidR="006F6705" w:rsidRDefault="00BD147A">
            <w:pPr>
              <w:spacing w:after="0"/>
              <w:jc w:val="center"/>
            </w:pPr>
            <w:r>
              <w:rPr>
                <w:b/>
                <w:sz w:val="13"/>
              </w:rPr>
              <w:t>Afiliación directa o indirecta</w:t>
            </w:r>
          </w:p>
        </w:tc>
        <w:tc>
          <w:tcPr>
            <w:tcW w:w="141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6D4DFB05" w14:textId="77777777" w:rsidR="006F6705" w:rsidRDefault="00BD147A">
            <w:pPr>
              <w:spacing w:after="0"/>
              <w:jc w:val="center"/>
            </w:pPr>
            <w:r>
              <w:rPr>
                <w:b/>
                <w:sz w:val="13"/>
              </w:rPr>
              <w:t>Organización de base</w:t>
            </w:r>
          </w:p>
        </w:tc>
        <w:tc>
          <w:tcPr>
            <w:tcW w:w="130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63A3E401" w14:textId="77777777" w:rsidR="006F6705" w:rsidRPr="005A0BA5" w:rsidRDefault="00BD147A">
            <w:pPr>
              <w:spacing w:after="0"/>
              <w:jc w:val="center"/>
              <w:rPr>
                <w:lang w:val="es-CL"/>
              </w:rPr>
            </w:pPr>
            <w:r w:rsidRPr="005A0BA5">
              <w:rPr>
                <w:b/>
                <w:sz w:val="13"/>
                <w:lang w:val="es-CL"/>
              </w:rPr>
              <w:t>Fecha de ingreso y vigencia</w:t>
            </w:r>
          </w:p>
        </w:tc>
        <w:tc>
          <w:tcPr>
            <w:tcW w:w="10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216ED780" w14:textId="77777777" w:rsidR="006F6705" w:rsidRPr="005A0BA5" w:rsidRDefault="00BD147A">
            <w:pPr>
              <w:spacing w:after="0"/>
              <w:jc w:val="center"/>
              <w:rPr>
                <w:lang w:val="es-CL"/>
              </w:rPr>
            </w:pPr>
            <w:r w:rsidRPr="005A0BA5">
              <w:rPr>
                <w:b/>
                <w:sz w:val="13"/>
                <w:lang w:val="es-CL"/>
              </w:rPr>
              <w:t>Titular de centro Sí/No</w:t>
            </w:r>
          </w:p>
        </w:tc>
        <w:tc>
          <w:tcPr>
            <w:tcW w:w="73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344E1AE0" w14:textId="77777777" w:rsidR="006F6705" w:rsidRDefault="00BD147A">
            <w:pPr>
              <w:spacing w:after="0"/>
              <w:jc w:val="center"/>
            </w:pPr>
            <w:r>
              <w:rPr>
                <w:b/>
                <w:sz w:val="13"/>
              </w:rPr>
              <w:t xml:space="preserve">N.º de </w:t>
            </w:r>
            <w:proofErr w:type="spellStart"/>
            <w:r>
              <w:rPr>
                <w:b/>
                <w:sz w:val="13"/>
              </w:rPr>
              <w:t>centros</w:t>
            </w:r>
            <w:proofErr w:type="spellEnd"/>
          </w:p>
        </w:tc>
        <w:tc>
          <w:tcPr>
            <w:tcW w:w="136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3369C0E4" w14:textId="77777777" w:rsidR="006F6705" w:rsidRDefault="00BD147A">
            <w:pPr>
              <w:spacing w:after="0"/>
              <w:jc w:val="center"/>
            </w:pPr>
            <w:r>
              <w:rPr>
                <w:b/>
                <w:sz w:val="13"/>
              </w:rPr>
              <w:t>Código de cada centro</w:t>
            </w:r>
          </w:p>
        </w:tc>
        <w:tc>
          <w:tcPr>
            <w:tcW w:w="11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7B19C989" w14:textId="77777777" w:rsidR="006F6705" w:rsidRDefault="00BD147A">
            <w:pPr>
              <w:spacing w:after="0"/>
              <w:jc w:val="center"/>
            </w:pPr>
            <w:r>
              <w:rPr>
                <w:b/>
                <w:sz w:val="13"/>
              </w:rPr>
              <w:t>Especie o grupo</w:t>
            </w:r>
          </w:p>
        </w:tc>
        <w:tc>
          <w:tcPr>
            <w:tcW w:w="124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70" w:type="dxa"/>
              <w:left w:w="55" w:type="dxa"/>
              <w:bottom w:w="70" w:type="dxa"/>
              <w:right w:w="55" w:type="dxa"/>
            </w:tcMar>
            <w:vAlign w:val="center"/>
          </w:tcPr>
          <w:p w14:paraId="27557D63" w14:textId="77777777" w:rsidR="006F6705" w:rsidRDefault="00BD147A">
            <w:pPr>
              <w:spacing w:after="0"/>
              <w:jc w:val="center"/>
            </w:pPr>
            <w:r>
              <w:rPr>
                <w:b/>
                <w:sz w:val="13"/>
              </w:rPr>
              <w:t>Región o regiones</w:t>
            </w:r>
          </w:p>
        </w:tc>
      </w:tr>
      <w:tr w:rsidR="006F6705" w14:paraId="0872E6B0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2A7E7FD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E7BC42F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D21E86F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8DECE5A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69F3F57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64DD4FB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2F07C13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ED4A50A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ECC5D0F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11ACC90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C266810" w14:textId="77777777" w:rsidR="006F6705" w:rsidRDefault="006F6705">
            <w:pPr>
              <w:spacing w:after="0"/>
            </w:pPr>
          </w:p>
        </w:tc>
      </w:tr>
      <w:tr w:rsidR="006F6705" w14:paraId="119A3AC8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B089C3E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2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45EDA1A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5E200A5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A3F94AE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437AFC6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75F3397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A4B20F1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F3B8568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979C80A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FFBF8A2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07E1FE3" w14:textId="77777777" w:rsidR="006F6705" w:rsidRDefault="006F6705">
            <w:pPr>
              <w:spacing w:after="0"/>
            </w:pPr>
          </w:p>
        </w:tc>
      </w:tr>
      <w:tr w:rsidR="006F6705" w14:paraId="2E1ED700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4CDD309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3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725EBF1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4D95711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0EDEAD5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256EE67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C04DD88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1B3647A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A226D64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5CB83B3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B8832DC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313EAAE" w14:textId="77777777" w:rsidR="006F6705" w:rsidRDefault="006F6705">
            <w:pPr>
              <w:spacing w:after="0"/>
            </w:pPr>
          </w:p>
        </w:tc>
      </w:tr>
      <w:tr w:rsidR="006F6705" w14:paraId="6303779B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02AE0E8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4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803272F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C02F623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8A9822B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9F3835D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E035528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0E6DF95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41C414E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B020F93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91C43C2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C603CA7" w14:textId="77777777" w:rsidR="006F6705" w:rsidRDefault="006F6705">
            <w:pPr>
              <w:spacing w:after="0"/>
            </w:pPr>
          </w:p>
        </w:tc>
      </w:tr>
      <w:tr w:rsidR="006F6705" w14:paraId="521E0397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7106435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5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AE0F222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2B5FAFC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A6A8079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2CF5D26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83567AC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3D72EC4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129E3A7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F0F5E54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BA27C22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380DFFF" w14:textId="77777777" w:rsidR="006F6705" w:rsidRDefault="006F6705">
            <w:pPr>
              <w:spacing w:after="0"/>
            </w:pPr>
          </w:p>
        </w:tc>
      </w:tr>
      <w:tr w:rsidR="006F6705" w14:paraId="5FC8D15E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47C9C68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6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B8938D8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A5681FE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3C5F112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BBE2CDC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9CBCE4A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AB5A29B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52BF737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2B7C9D5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FC6A37B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27A7AE0" w14:textId="77777777" w:rsidR="006F6705" w:rsidRDefault="006F6705">
            <w:pPr>
              <w:spacing w:after="0"/>
            </w:pPr>
          </w:p>
        </w:tc>
      </w:tr>
      <w:tr w:rsidR="006F6705" w14:paraId="72B9409B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614F5DD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7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D28FCA5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8712C39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8BA37DB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AFDD2C2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68B1C3E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1C7401A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3F30D86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E5A8CB2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2D4594A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7723070" w14:textId="77777777" w:rsidR="006F6705" w:rsidRDefault="006F6705">
            <w:pPr>
              <w:spacing w:after="0"/>
            </w:pPr>
          </w:p>
        </w:tc>
      </w:tr>
      <w:tr w:rsidR="006F6705" w14:paraId="121DE4AB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7F06754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8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CB8E671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C6D7098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D852E4A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94DBA21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5EA5763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A272ACF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BA229BB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727BF4F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AE2DB0B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BFA0852" w14:textId="77777777" w:rsidR="006F6705" w:rsidRDefault="006F6705">
            <w:pPr>
              <w:spacing w:after="0"/>
            </w:pPr>
          </w:p>
        </w:tc>
      </w:tr>
      <w:tr w:rsidR="006F6705" w14:paraId="7741AB9F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FDA3469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9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1197424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889544F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7741C42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C6D0DB4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EB3AAA7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DA690AD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A0905AE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072BACF8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319767E2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8790F03" w14:textId="77777777" w:rsidR="006F6705" w:rsidRDefault="006F6705">
            <w:pPr>
              <w:spacing w:after="0"/>
            </w:pPr>
          </w:p>
        </w:tc>
      </w:tr>
      <w:tr w:rsidR="006F6705" w14:paraId="7390E7DB" w14:textId="77777777">
        <w:trPr>
          <w:trHeight w:val="408"/>
        </w:trPr>
        <w:tc>
          <w:tcPr>
            <w:tcW w:w="453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D61E22E" w14:textId="77777777" w:rsidR="006F6705" w:rsidRDefault="00BD147A">
            <w:pPr>
              <w:spacing w:after="0"/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181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F2EDC73" w14:textId="77777777" w:rsidR="006F6705" w:rsidRDefault="006F6705">
            <w:pPr>
              <w:spacing w:after="0"/>
            </w:pPr>
          </w:p>
        </w:tc>
        <w:tc>
          <w:tcPr>
            <w:tcW w:w="119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3CBE42B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FFD2EE6" w14:textId="77777777" w:rsidR="006F6705" w:rsidRDefault="006F6705">
            <w:pPr>
              <w:spacing w:after="0"/>
            </w:pPr>
          </w:p>
        </w:tc>
        <w:tc>
          <w:tcPr>
            <w:tcW w:w="141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4EFCE8E6" w14:textId="77777777" w:rsidR="006F6705" w:rsidRDefault="006F6705">
            <w:pPr>
              <w:spacing w:after="0"/>
            </w:pPr>
          </w:p>
        </w:tc>
        <w:tc>
          <w:tcPr>
            <w:tcW w:w="130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77F93FF" w14:textId="77777777" w:rsidR="006F6705" w:rsidRDefault="006F6705">
            <w:pPr>
              <w:spacing w:after="0"/>
            </w:pPr>
          </w:p>
        </w:tc>
        <w:tc>
          <w:tcPr>
            <w:tcW w:w="10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545D92AC" w14:textId="77777777" w:rsidR="006F6705" w:rsidRDefault="006F6705">
            <w:pPr>
              <w:spacing w:after="0"/>
            </w:pPr>
          </w:p>
        </w:tc>
        <w:tc>
          <w:tcPr>
            <w:tcW w:w="73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24D0C60D" w14:textId="77777777" w:rsidR="006F6705" w:rsidRDefault="006F6705">
            <w:pPr>
              <w:spacing w:after="0"/>
            </w:pPr>
          </w:p>
        </w:tc>
        <w:tc>
          <w:tcPr>
            <w:tcW w:w="136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784A93F8" w14:textId="77777777" w:rsidR="006F6705" w:rsidRDefault="006F6705">
            <w:pPr>
              <w:spacing w:after="0"/>
            </w:pPr>
          </w:p>
        </w:tc>
        <w:tc>
          <w:tcPr>
            <w:tcW w:w="1134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601B9A96" w14:textId="77777777" w:rsidR="006F6705" w:rsidRDefault="006F6705">
            <w:pPr>
              <w:spacing w:after="0"/>
            </w:pPr>
          </w:p>
        </w:tc>
        <w:tc>
          <w:tcPr>
            <w:tcW w:w="1247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55" w:type="dxa"/>
              <w:left w:w="50" w:type="dxa"/>
              <w:bottom w:w="55" w:type="dxa"/>
              <w:right w:w="50" w:type="dxa"/>
            </w:tcMar>
            <w:vAlign w:val="center"/>
          </w:tcPr>
          <w:p w14:paraId="1E065252" w14:textId="77777777" w:rsidR="006F6705" w:rsidRDefault="006F6705">
            <w:pPr>
              <w:spacing w:after="0"/>
            </w:pPr>
          </w:p>
        </w:tc>
      </w:tr>
    </w:tbl>
    <w:p w14:paraId="191BB51F" w14:textId="77777777" w:rsidR="006F6705" w:rsidRPr="005A0BA5" w:rsidRDefault="00BD147A">
      <w:pPr>
        <w:spacing w:before="140" w:after="140"/>
        <w:rPr>
          <w:lang w:val="es-CL"/>
        </w:rPr>
      </w:pPr>
      <w:r w:rsidRPr="005A0BA5">
        <w:rPr>
          <w:lang w:val="es-CL"/>
        </w:rPr>
        <w:t>Certifico que la información consignada en esta nómina corresponde a los socios vigentes representados por la organización y es completa y veraz a la fecha de corte indicada.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53"/>
        <w:gridCol w:w="4252"/>
        <w:gridCol w:w="3288"/>
      </w:tblGrid>
      <w:tr w:rsidR="006F6705" w14:paraId="6A025F76" w14:textId="77777777">
        <w:tc>
          <w:tcPr>
            <w:tcW w:w="5953" w:type="dxa"/>
            <w:vAlign w:val="center"/>
          </w:tcPr>
          <w:p w14:paraId="570023C7" w14:textId="77777777" w:rsidR="006F6705" w:rsidRDefault="00BD147A">
            <w:pPr>
              <w:spacing w:after="0"/>
              <w:jc w:val="center"/>
            </w:pPr>
            <w:r>
              <w:t>________________________________</w:t>
            </w:r>
          </w:p>
        </w:tc>
        <w:tc>
          <w:tcPr>
            <w:tcW w:w="4252" w:type="dxa"/>
            <w:vAlign w:val="center"/>
          </w:tcPr>
          <w:p w14:paraId="3B696801" w14:textId="77777777" w:rsidR="006F6705" w:rsidRDefault="00BD147A">
            <w:pPr>
              <w:spacing w:after="0"/>
              <w:jc w:val="center"/>
            </w:pPr>
            <w:r>
              <w:t>________________________________</w:t>
            </w:r>
          </w:p>
        </w:tc>
        <w:tc>
          <w:tcPr>
            <w:tcW w:w="3288" w:type="dxa"/>
            <w:vAlign w:val="center"/>
          </w:tcPr>
          <w:p w14:paraId="55C7B89E" w14:textId="77777777" w:rsidR="006F6705" w:rsidRDefault="00BD147A">
            <w:pPr>
              <w:spacing w:after="0"/>
              <w:jc w:val="center"/>
            </w:pPr>
            <w:r>
              <w:t>____ / ____ / ______</w:t>
            </w:r>
          </w:p>
        </w:tc>
      </w:tr>
      <w:tr w:rsidR="006F6705" w14:paraId="7298209A" w14:textId="77777777">
        <w:tc>
          <w:tcPr>
            <w:tcW w:w="5953" w:type="dxa"/>
            <w:vAlign w:val="center"/>
          </w:tcPr>
          <w:p w14:paraId="78151871" w14:textId="77777777" w:rsidR="006F6705" w:rsidRPr="005A0BA5" w:rsidRDefault="00BD147A">
            <w:pPr>
              <w:spacing w:after="0"/>
              <w:jc w:val="center"/>
              <w:rPr>
                <w:lang w:val="es-CL"/>
              </w:rPr>
            </w:pPr>
            <w:r w:rsidRPr="005A0BA5">
              <w:rPr>
                <w:sz w:val="16"/>
                <w:lang w:val="es-CL"/>
              </w:rPr>
              <w:t>Nombre y firma del representante legal</w:t>
            </w:r>
          </w:p>
        </w:tc>
        <w:tc>
          <w:tcPr>
            <w:tcW w:w="4252" w:type="dxa"/>
            <w:vAlign w:val="center"/>
          </w:tcPr>
          <w:p w14:paraId="5C579A70" w14:textId="77777777" w:rsidR="006F6705" w:rsidRDefault="00BD147A">
            <w:pPr>
              <w:spacing w:after="0"/>
              <w:jc w:val="center"/>
            </w:pPr>
            <w:r>
              <w:rPr>
                <w:sz w:val="16"/>
              </w:rPr>
              <w:t>Cargo</w:t>
            </w:r>
          </w:p>
        </w:tc>
        <w:tc>
          <w:tcPr>
            <w:tcW w:w="3288" w:type="dxa"/>
            <w:vAlign w:val="center"/>
          </w:tcPr>
          <w:p w14:paraId="27CCB067" w14:textId="77777777" w:rsidR="006F6705" w:rsidRDefault="00BD147A">
            <w:pPr>
              <w:spacing w:after="0"/>
              <w:jc w:val="center"/>
            </w:pPr>
            <w:r>
              <w:rPr>
                <w:sz w:val="16"/>
              </w:rPr>
              <w:t>Fecha</w:t>
            </w:r>
          </w:p>
        </w:tc>
      </w:tr>
    </w:tbl>
    <w:p w14:paraId="0D7D0D3E" w14:textId="77777777" w:rsidR="00BD147A" w:rsidRDefault="00BD147A"/>
    <w:sectPr w:rsidR="00BD147A" w:rsidSect="00034616">
      <w:headerReference w:type="default" r:id="rId8"/>
      <w:footerReference w:type="default" r:id="rId9"/>
      <w:pgSz w:w="15840" w:h="12240" w:orient="landscape"/>
      <w:pgMar w:top="765" w:right="765" w:bottom="737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B118C" w14:textId="77777777" w:rsidR="00BD147A" w:rsidRDefault="00BD147A">
      <w:pPr>
        <w:spacing w:after="0" w:line="240" w:lineRule="auto"/>
      </w:pPr>
      <w:r>
        <w:separator/>
      </w:r>
    </w:p>
  </w:endnote>
  <w:endnote w:type="continuationSeparator" w:id="0">
    <w:p w14:paraId="0642ED03" w14:textId="77777777" w:rsidR="00BD147A" w:rsidRDefault="00BD1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61F46" w14:textId="5F44D93B" w:rsidR="006F6705" w:rsidRDefault="00BD147A">
    <w:pPr>
      <w:pStyle w:val="Piedepgina"/>
      <w:jc w:val="center"/>
    </w:pPr>
    <w:r>
      <w:rPr>
        <w:sz w:val="16"/>
      </w:rPr>
      <w:t xml:space="preserve">Página </w:t>
    </w:r>
    <w:r>
      <w:rPr>
        <w:sz w:val="16"/>
      </w:rPr>
      <w:fldChar w:fldCharType="begin"/>
    </w:r>
    <w:r>
      <w:rPr>
        <w:sz w:val="16"/>
      </w:rPr>
      <w:instrText>PAGE</w:instrText>
    </w:r>
    <w:r w:rsidR="005A0BA5">
      <w:rPr>
        <w:sz w:val="16"/>
      </w:rPr>
      <w:fldChar w:fldCharType="separate"/>
    </w:r>
    <w:r w:rsidR="005A0BA5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BB0BE" w14:textId="77777777" w:rsidR="00BD147A" w:rsidRDefault="00BD147A">
      <w:pPr>
        <w:spacing w:after="0" w:line="240" w:lineRule="auto"/>
      </w:pPr>
      <w:r>
        <w:separator/>
      </w:r>
    </w:p>
  </w:footnote>
  <w:footnote w:type="continuationSeparator" w:id="0">
    <w:p w14:paraId="5A5A55C8" w14:textId="77777777" w:rsidR="00BD147A" w:rsidRDefault="00BD1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45DE1" w14:textId="77777777" w:rsidR="006F6705" w:rsidRDefault="00BD147A">
    <w:pPr>
      <w:pStyle w:val="Encabezado"/>
      <w:jc w:val="right"/>
    </w:pPr>
    <w:r>
      <w:rPr>
        <w:b/>
        <w:color w:val="595959"/>
        <w:sz w:val="16"/>
      </w:rPr>
      <w:t>COMISIÓN NACIONAL DE ACUICULTURA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7298777">
    <w:abstractNumId w:val="8"/>
  </w:num>
  <w:num w:numId="2" w16cid:durableId="1904288323">
    <w:abstractNumId w:val="6"/>
  </w:num>
  <w:num w:numId="3" w16cid:durableId="107697178">
    <w:abstractNumId w:val="5"/>
  </w:num>
  <w:num w:numId="4" w16cid:durableId="1248617052">
    <w:abstractNumId w:val="4"/>
  </w:num>
  <w:num w:numId="5" w16cid:durableId="815339365">
    <w:abstractNumId w:val="7"/>
  </w:num>
  <w:num w:numId="6" w16cid:durableId="799424363">
    <w:abstractNumId w:val="3"/>
  </w:num>
  <w:num w:numId="7" w16cid:durableId="1825928650">
    <w:abstractNumId w:val="2"/>
  </w:num>
  <w:num w:numId="8" w16cid:durableId="346370763">
    <w:abstractNumId w:val="1"/>
  </w:num>
  <w:num w:numId="9" w16cid:durableId="185365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0AA3"/>
    <w:rsid w:val="0029639D"/>
    <w:rsid w:val="00326F90"/>
    <w:rsid w:val="005A0BA5"/>
    <w:rsid w:val="006F6705"/>
    <w:rsid w:val="00AA1D8D"/>
    <w:rsid w:val="00B47730"/>
    <w:rsid w:val="00BD14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8A43266-5279-4667-B720-9B474256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eastAsia="Arial" w:hAnsi="Arial"/>
      <w:color w:val="000000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889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 Nómina de socios y titulares representados por asociaciones de acuicultores</dc:title>
  <dc:subject/>
  <dc:creator>Subsecretaría de Pesca y Acuicultura</dc:creator>
  <cp:keywords/>
  <dc:description>generated by python-docx</dc:description>
  <cp:lastModifiedBy>Daisy Carreño Vazquez</cp:lastModifiedBy>
  <cp:revision>2</cp:revision>
  <dcterms:created xsi:type="dcterms:W3CDTF">2013-12-23T23:15:00Z</dcterms:created>
  <dcterms:modified xsi:type="dcterms:W3CDTF">2026-10-06T18:40:00Z</dcterms:modified>
  <cp:category/>
</cp:coreProperties>
</file>